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5716" w14:textId="77777777" w:rsidR="00074056" w:rsidRPr="008D271E" w:rsidRDefault="00BF7031">
      <w:pPr>
        <w:jc w:val="center"/>
      </w:pPr>
      <w:r w:rsidRPr="008D271E">
        <w:rPr>
          <w:b/>
          <w:sz w:val="40"/>
        </w:rPr>
        <w:t>BRADFORD REGIONAL AIRPORT AUTHORITY</w:t>
      </w:r>
    </w:p>
    <w:p w14:paraId="43B3C614" w14:textId="66FF66E6" w:rsidR="00074056" w:rsidRPr="00B653FF" w:rsidRDefault="00D278A5" w:rsidP="003D5422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Airport Authority </w:t>
      </w:r>
      <w:r w:rsidRPr="00B653FF">
        <w:rPr>
          <w:b/>
          <w:bCs/>
          <w:sz w:val="28"/>
          <w:szCs w:val="28"/>
        </w:rPr>
        <w:t>Board Meeting Agenda</w:t>
      </w:r>
    </w:p>
    <w:p w14:paraId="62C2B3FF" w14:textId="195575AC" w:rsidR="00074056" w:rsidRDefault="0008724D" w:rsidP="003D5422">
      <w:pPr>
        <w:pStyle w:val="NoSpacing"/>
        <w:jc w:val="center"/>
      </w:pPr>
      <w:r>
        <w:t>Ju</w:t>
      </w:r>
      <w:r w:rsidR="009F34A7">
        <w:t>ly 8</w:t>
      </w:r>
      <w:r>
        <w:t xml:space="preserve">, </w:t>
      </w:r>
      <w:proofErr w:type="gramStart"/>
      <w:r>
        <w:t>2026  |</w:t>
      </w:r>
      <w:proofErr w:type="gramEnd"/>
      <w:r>
        <w:t xml:space="preserve">  9:30 A.M.</w:t>
      </w:r>
      <w:r>
        <w:br/>
        <w:t>Airport Conference Room</w:t>
      </w:r>
    </w:p>
    <w:p w14:paraId="62802975" w14:textId="736EA849" w:rsidR="00074056" w:rsidRDefault="00F719C7" w:rsidP="00B60530">
      <w:pPr>
        <w:pStyle w:val="NoSpacing"/>
        <w:jc w:val="center"/>
      </w:pPr>
      <w:r>
        <w:t>2026 Meeting Zoom Link</w:t>
      </w:r>
      <w:r w:rsidR="00B60530">
        <w:t xml:space="preserve"> </w:t>
      </w:r>
      <w:hyperlink r:id="rId6" w:history="1">
        <w:r w:rsidR="00B60530" w:rsidRPr="004E7360">
          <w:rPr>
            <w:rStyle w:val="Hyperlink"/>
          </w:rPr>
          <w:t>https://us06web.zoom.us/launch/jc/86162006319</w:t>
        </w:r>
      </w:hyperlink>
    </w:p>
    <w:p w14:paraId="490DEBD3" w14:textId="49C34DD7" w:rsidR="00B60530" w:rsidRDefault="003225B4" w:rsidP="00B60530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E08FF" wp14:editId="00552595">
                <wp:simplePos x="0" y="0"/>
                <wp:positionH relativeFrom="column">
                  <wp:posOffset>9525</wp:posOffset>
                </wp:positionH>
                <wp:positionV relativeFrom="paragraph">
                  <wp:posOffset>107315</wp:posOffset>
                </wp:positionV>
                <wp:extent cx="7010400" cy="28575"/>
                <wp:effectExtent l="38100" t="38100" r="76200" b="85725"/>
                <wp:wrapNone/>
                <wp:docPr id="12230178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5F1F2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8.45pt" to="552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4OwAEAAOIDAAAOAAAAZHJzL2Uyb0RvYy54bWysU8GO0zAQvSPxD5bv1GnFsquo6R52tVwQ&#10;rIDl7nXGjSXbY9mmSf+esdOmK0AgIS6j2J73Zt6byfZ2cpYdICaDvuPrVcMZeIW98fuOP319eHPD&#10;WcrS99Kih44fIfHb3etX2zG0sMEBbQ+REYlP7Rg6PuQcWiGSGsDJtMIAnh41RiczHeNe9FGOxO6s&#10;2DTNOzFi7ENEBSnR7f38yHeVX2tQ+ZPWCTKzHafeco2xxucSxW4r232UYTDq1Ib8hy6cNJ6KLlT3&#10;Mkv2PZpfqJxRERPqvFLoBGptFFQNpGbd/KTmyyADVC1kTgqLTen/0aqPhzv/GMmGMaQ2hcdYVEw6&#10;OqatCd9oplUXdcqmattxsQ2mzBRdXlPnbxtyV9Hb5ubq+qrYKmaaQhdiyu8BHSsfHbfGF1WylYcP&#10;Kc+p55RybX2JCa3pH4y19VD2Ae5sZAdJk8zT+lTiRRYVLEhxEVK/8tHCzPoZNDM9Nbyp1euOXTil&#10;UuDzmdd6yi4wTR0swObvwFN+gULdvwU8G/nHqguiVkafF7AzHuPvql+s0HP+2YFZd7HgGftjHXG1&#10;hhapDue09GVTX54r/PJr7n4AAAD//wMAUEsDBBQABgAIAAAAIQDinF2V3QAAAAgBAAAPAAAAZHJz&#10;L2Rvd25yZXYueG1sTI/NbsIwEITvlfoO1iL1VpxQiJoQB6FKXHpqoQ9g4iWJ8E9qOyHp03c5tafV&#10;7Ixmvy13k9FsRB86ZwWkywQY2tqpzjYCvk6H51dgIUqrpHYWBcwYYFc9PpSyUO5mP3E8xoZRiQ2F&#10;FNDG2Bech7pFI8PS9WjJuzhvZCTpG668vFG50XyVJBk3srN0oZU9vrVYX4+DEZCtf4b8e+aHD793&#10;L/ll1uP1PRXiaTHtt8AiTvEvDHd8QoeKmM5usCowTXpDQRpZDuxup8mGNmcBq3QNvCr5/weqXwAA&#10;AP//AwBQSwECLQAUAAYACAAAACEAtoM4kv4AAADhAQAAEwAAAAAAAAAAAAAAAAAAAAAAW0NvbnRl&#10;bnRfVHlwZXNdLnhtbFBLAQItABQABgAIAAAAIQA4/SH/1gAAAJQBAAALAAAAAAAAAAAAAAAAAC8B&#10;AABfcmVscy8ucmVsc1BLAQItABQABgAIAAAAIQB3Ub4OwAEAAOIDAAAOAAAAAAAAAAAAAAAAAC4C&#10;AABkcnMvZTJvRG9jLnhtbFBLAQItABQABgAIAAAAIQDinF2V3QAAAAgBAAAPAAAAAAAAAAAAAAAA&#10;ABoEAABkcnMvZG93bnJldi54bWxQSwUGAAAAAAQABADzAAAAJAUAAAAA&#10;" strokecolor="black [3213]" strokeweight="2pt">
                <v:shadow on="t" color="black" opacity="24903f" origin=",.5" offset="0,.55556mm"/>
              </v:line>
            </w:pict>
          </mc:Fallback>
        </mc:AlternateContent>
      </w:r>
    </w:p>
    <w:p w14:paraId="3199A3DD" w14:textId="77777777" w:rsidR="003225B4" w:rsidRDefault="003225B4" w:rsidP="00B60530">
      <w:pPr>
        <w:pStyle w:val="NoSpacing"/>
        <w:jc w:val="center"/>
      </w:pPr>
    </w:p>
    <w:p w14:paraId="69C355F4" w14:textId="77777777" w:rsidR="00074056" w:rsidRPr="008D271E" w:rsidRDefault="00BF7031">
      <w:r w:rsidRPr="008D271E">
        <w:rPr>
          <w:b/>
          <w:sz w:val="24"/>
        </w:rPr>
        <w:t>CALL TO ORDER</w:t>
      </w:r>
    </w:p>
    <w:p w14:paraId="7E1E31A5" w14:textId="2396DAFF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>Welcome</w:t>
      </w:r>
      <w:r w:rsidR="00144847">
        <w:t xml:space="preserve">, </w:t>
      </w:r>
      <w:r w:rsidRPr="008D271E">
        <w:t>verification of quorum</w:t>
      </w:r>
      <w:r w:rsidR="00144847">
        <w:t xml:space="preserve"> and o</w:t>
      </w:r>
      <w:r w:rsidRPr="008D271E">
        <w:t>pening remarks from the Chairperson</w:t>
      </w:r>
      <w:r w:rsidR="00D65F8B">
        <w:t xml:space="preserve"> Duffy.</w:t>
      </w:r>
    </w:p>
    <w:p w14:paraId="676377DB" w14:textId="77777777" w:rsidR="00074056" w:rsidRPr="008D271E" w:rsidRDefault="00BF7031">
      <w:r w:rsidRPr="008D271E">
        <w:rPr>
          <w:b/>
          <w:sz w:val="24"/>
        </w:rPr>
        <w:t>APPROVAL OF PREVIOUS MINUTES</w:t>
      </w:r>
    </w:p>
    <w:p w14:paraId="6DFA0291" w14:textId="43B3E598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 xml:space="preserve">Approval of the </w:t>
      </w:r>
      <w:r w:rsidR="005C76D1">
        <w:t xml:space="preserve">June </w:t>
      </w:r>
      <w:r w:rsidRPr="008D271E">
        <w:t>2026 meeting minutes distributed via email</w:t>
      </w:r>
      <w:r w:rsidR="00DA1CAD">
        <w:t xml:space="preserve">.  </w:t>
      </w:r>
    </w:p>
    <w:p w14:paraId="2B41781A" w14:textId="501B3E3A" w:rsidR="00074056" w:rsidRPr="008D271E" w:rsidRDefault="00144847">
      <w:r w:rsidRPr="008D271E">
        <w:rPr>
          <w:b/>
          <w:sz w:val="24"/>
        </w:rPr>
        <w:t>TREASURERS REPORT</w:t>
      </w:r>
    </w:p>
    <w:p w14:paraId="09A94801" w14:textId="582293F9" w:rsidR="00074056" w:rsidRPr="008D271E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>Presentation</w:t>
      </w:r>
      <w:r w:rsidR="008B6D43">
        <w:t xml:space="preserve">, </w:t>
      </w:r>
      <w:r w:rsidR="009020F7">
        <w:t xml:space="preserve">review </w:t>
      </w:r>
      <w:r w:rsidR="008B6D43">
        <w:t xml:space="preserve">and acceptance </w:t>
      </w:r>
      <w:r w:rsidR="009020F7">
        <w:t xml:space="preserve">of </w:t>
      </w:r>
      <w:r w:rsidR="005C76D1">
        <w:t>June 2026</w:t>
      </w:r>
      <w:r w:rsidR="009020F7">
        <w:t xml:space="preserve"> financials.</w:t>
      </w:r>
      <w:r w:rsidR="000C4E3C">
        <w:t xml:space="preserve">  </w:t>
      </w:r>
    </w:p>
    <w:p w14:paraId="3E3BF793" w14:textId="77777777" w:rsidR="00074056" w:rsidRPr="008D271E" w:rsidRDefault="00BF7031">
      <w:r w:rsidRPr="008D271E">
        <w:rPr>
          <w:b/>
          <w:sz w:val="24"/>
        </w:rPr>
        <w:t>AIRLINE REPORT</w:t>
      </w:r>
    </w:p>
    <w:p w14:paraId="1D95987F" w14:textId="3F40B12F" w:rsidR="00074056" w:rsidRPr="008D271E" w:rsidRDefault="00BF7031" w:rsidP="005C09A0">
      <w:pPr>
        <w:pStyle w:val="ListBullet"/>
        <w:numPr>
          <w:ilvl w:val="0"/>
          <w:numId w:val="0"/>
        </w:numPr>
        <w:ind w:left="360" w:hanging="360"/>
      </w:pPr>
      <w:r w:rsidRPr="008D271E">
        <w:t>Update from Southern Airways Express/Surf Air regarding passenger enplanements, operational reliability, and</w:t>
      </w:r>
      <w:r w:rsidR="00D65F8B">
        <w:t xml:space="preserve"> </w:t>
      </w:r>
      <w:r w:rsidRPr="008D271E">
        <w:t>service updates</w:t>
      </w:r>
    </w:p>
    <w:p w14:paraId="0F080EAA" w14:textId="77777777" w:rsidR="00074056" w:rsidRPr="008D271E" w:rsidRDefault="00BF7031">
      <w:r w:rsidRPr="008D271E">
        <w:rPr>
          <w:b/>
          <w:sz w:val="24"/>
        </w:rPr>
        <w:t>AIRPORT &amp; FACILITIES REPORT</w:t>
      </w:r>
    </w:p>
    <w:p w14:paraId="43275105" w14:textId="77777777" w:rsidR="00074056" w:rsidRDefault="00BF7031" w:rsidP="00D65F8B">
      <w:pPr>
        <w:pStyle w:val="ListBullet"/>
        <w:numPr>
          <w:ilvl w:val="0"/>
          <w:numId w:val="0"/>
        </w:numPr>
        <w:ind w:left="360" w:hanging="360"/>
      </w:pPr>
      <w:r w:rsidRPr="008D271E">
        <w:t>Review of the Airport &amp; Facilities Report distributed electronically and in print</w:t>
      </w:r>
    </w:p>
    <w:p w14:paraId="61246930" w14:textId="43B2E0E4" w:rsidR="00D65F8B" w:rsidRDefault="00D65F8B" w:rsidP="00195FC0">
      <w:pPr>
        <w:pStyle w:val="ListBullet"/>
        <w:numPr>
          <w:ilvl w:val="1"/>
          <w:numId w:val="13"/>
        </w:numPr>
      </w:pPr>
      <w:r>
        <w:t>Essential Air Service Update</w:t>
      </w:r>
    </w:p>
    <w:p w14:paraId="4A5462D1" w14:textId="56C0B2B9" w:rsidR="00D34CC7" w:rsidRDefault="00D34CC7" w:rsidP="00195FC0">
      <w:pPr>
        <w:pStyle w:val="ListBullet"/>
        <w:numPr>
          <w:ilvl w:val="1"/>
          <w:numId w:val="13"/>
        </w:numPr>
      </w:pPr>
      <w:r>
        <w:t xml:space="preserve">Waterline </w:t>
      </w:r>
      <w:proofErr w:type="gramStart"/>
      <w:r>
        <w:t>repair</w:t>
      </w:r>
      <w:proofErr w:type="gramEnd"/>
      <w:r w:rsidR="00506144">
        <w:t xml:space="preserve"> estimate $40,000-$60,000</w:t>
      </w:r>
    </w:p>
    <w:p w14:paraId="225FBB80" w14:textId="77777777" w:rsidR="00D34CC7" w:rsidRDefault="00D34CC7" w:rsidP="00195FC0">
      <w:pPr>
        <w:pStyle w:val="ListBullet"/>
        <w:numPr>
          <w:ilvl w:val="1"/>
          <w:numId w:val="13"/>
        </w:numPr>
      </w:pPr>
      <w:r>
        <w:t>Data center feasibility study inquiry</w:t>
      </w:r>
    </w:p>
    <w:p w14:paraId="4DA8F398" w14:textId="77777777" w:rsidR="00D34CC7" w:rsidRDefault="00D34CC7" w:rsidP="00195FC0">
      <w:pPr>
        <w:pStyle w:val="ListBullet"/>
        <w:numPr>
          <w:ilvl w:val="1"/>
          <w:numId w:val="13"/>
        </w:numPr>
        <w:tabs>
          <w:tab w:val="num" w:pos="720"/>
        </w:tabs>
      </w:pPr>
      <w:r>
        <w:t>PennDOT NEVI (National Electric Vehicle Infrastructure) Grant Application</w:t>
      </w:r>
    </w:p>
    <w:p w14:paraId="565C0EAC" w14:textId="5DE3E521" w:rsidR="00074056" w:rsidRPr="00504CA2" w:rsidRDefault="005C76D1">
      <w:r w:rsidRPr="00504CA2">
        <w:rPr>
          <w:b/>
          <w:sz w:val="24"/>
        </w:rPr>
        <w:t xml:space="preserve">ENGINEERING </w:t>
      </w:r>
      <w:r w:rsidR="001E160A" w:rsidRPr="00504CA2">
        <w:rPr>
          <w:b/>
          <w:sz w:val="24"/>
        </w:rPr>
        <w:t>CONSULTANT REPORT</w:t>
      </w:r>
    </w:p>
    <w:p w14:paraId="24ABBEDE" w14:textId="78F1BB99" w:rsidR="00074056" w:rsidRDefault="00504CA2" w:rsidP="00D65F8B">
      <w:pPr>
        <w:pStyle w:val="ListBullet"/>
        <w:numPr>
          <w:ilvl w:val="0"/>
          <w:numId w:val="0"/>
        </w:numPr>
        <w:ind w:left="360" w:hanging="360"/>
      </w:pPr>
      <w:r>
        <w:t>None</w:t>
      </w:r>
      <w:r w:rsidR="00D65F8B">
        <w:t xml:space="preserve"> – Consultant is unable to join the July meeting.</w:t>
      </w:r>
      <w:r>
        <w:tab/>
      </w:r>
    </w:p>
    <w:p w14:paraId="070BD5F0" w14:textId="77777777" w:rsidR="00935539" w:rsidRDefault="00935539" w:rsidP="00935539">
      <w:pPr>
        <w:pStyle w:val="ListBullet"/>
        <w:numPr>
          <w:ilvl w:val="0"/>
          <w:numId w:val="0"/>
        </w:numPr>
        <w:ind w:left="360" w:hanging="360"/>
      </w:pPr>
    </w:p>
    <w:p w14:paraId="630BBC67" w14:textId="7012940F" w:rsidR="00935539" w:rsidRDefault="00935539" w:rsidP="00935539">
      <w:pPr>
        <w:pStyle w:val="ListBullet"/>
        <w:numPr>
          <w:ilvl w:val="0"/>
          <w:numId w:val="0"/>
        </w:numPr>
        <w:ind w:left="360" w:hanging="360"/>
        <w:rPr>
          <w:b/>
          <w:bCs/>
          <w:sz w:val="24"/>
          <w:szCs w:val="24"/>
        </w:rPr>
      </w:pPr>
      <w:r w:rsidRPr="00935539">
        <w:rPr>
          <w:b/>
          <w:bCs/>
          <w:sz w:val="24"/>
          <w:szCs w:val="24"/>
        </w:rPr>
        <w:t>EXECUTIVE SESSION</w:t>
      </w:r>
    </w:p>
    <w:p w14:paraId="52041085" w14:textId="77777777" w:rsidR="00935539" w:rsidRDefault="00935539" w:rsidP="00935539">
      <w:pPr>
        <w:pStyle w:val="ListBullet"/>
        <w:numPr>
          <w:ilvl w:val="0"/>
          <w:numId w:val="0"/>
        </w:numPr>
        <w:ind w:left="360" w:hanging="360"/>
        <w:rPr>
          <w:b/>
          <w:bCs/>
          <w:sz w:val="24"/>
          <w:szCs w:val="24"/>
        </w:rPr>
      </w:pPr>
    </w:p>
    <w:p w14:paraId="504EC8D9" w14:textId="71836FAF" w:rsidR="00DF2F11" w:rsidRPr="009153F7" w:rsidRDefault="00504CA2" w:rsidP="00D65F8B">
      <w:pPr>
        <w:pStyle w:val="ListBullet"/>
        <w:numPr>
          <w:ilvl w:val="0"/>
          <w:numId w:val="0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6BC61114" w14:textId="77777777" w:rsidR="00074056" w:rsidRPr="008D271E" w:rsidRDefault="00BF7031">
      <w:r w:rsidRPr="008D271E">
        <w:rPr>
          <w:b/>
          <w:sz w:val="24"/>
        </w:rPr>
        <w:t>ACTION ITEMS</w:t>
      </w:r>
    </w:p>
    <w:p w14:paraId="298F33B3" w14:textId="6F1A1196" w:rsidR="00963201" w:rsidRDefault="00EB3EA0" w:rsidP="00D65F8B">
      <w:pPr>
        <w:pStyle w:val="ListBullet"/>
        <w:numPr>
          <w:ilvl w:val="0"/>
          <w:numId w:val="0"/>
        </w:numPr>
        <w:ind w:left="360" w:hanging="360"/>
      </w:pPr>
      <w:r>
        <w:t>None</w:t>
      </w:r>
    </w:p>
    <w:p w14:paraId="565D5A69" w14:textId="77777777" w:rsidR="00074056" w:rsidRDefault="00BF7031">
      <w:pPr>
        <w:rPr>
          <w:b/>
          <w:sz w:val="24"/>
        </w:rPr>
      </w:pPr>
      <w:r w:rsidRPr="008D271E">
        <w:rPr>
          <w:b/>
          <w:sz w:val="24"/>
        </w:rPr>
        <w:t>OTHER BUSINESS</w:t>
      </w:r>
    </w:p>
    <w:p w14:paraId="156B5778" w14:textId="7BD46779" w:rsidR="00D65F8B" w:rsidRPr="00D65F8B" w:rsidRDefault="00D65F8B">
      <w:pPr>
        <w:rPr>
          <w:bCs/>
        </w:rPr>
      </w:pPr>
      <w:r w:rsidRPr="00D65F8B">
        <w:rPr>
          <w:bCs/>
          <w:sz w:val="24"/>
        </w:rPr>
        <w:t>None</w:t>
      </w:r>
    </w:p>
    <w:p w14:paraId="0C01516E" w14:textId="77777777" w:rsidR="00074056" w:rsidRPr="008D271E" w:rsidRDefault="00BF7031">
      <w:r w:rsidRPr="008D271E">
        <w:rPr>
          <w:b/>
          <w:sz w:val="24"/>
        </w:rPr>
        <w:t>PUBLIC COMMENT</w:t>
      </w:r>
    </w:p>
    <w:p w14:paraId="595E0112" w14:textId="77777777" w:rsidR="00E956A6" w:rsidRDefault="00BF7031">
      <w:pPr>
        <w:rPr>
          <w:b/>
          <w:sz w:val="24"/>
        </w:rPr>
      </w:pPr>
      <w:r w:rsidRPr="008D271E">
        <w:rPr>
          <w:b/>
          <w:sz w:val="24"/>
        </w:rPr>
        <w:t>ADJOURNMENT</w:t>
      </w:r>
    </w:p>
    <w:p w14:paraId="255502DF" w14:textId="6D5C3E0D" w:rsidR="00074056" w:rsidRPr="008D271E" w:rsidRDefault="00E956A6" w:rsidP="00D278A5">
      <w:pPr>
        <w:jc w:val="center"/>
      </w:pPr>
      <w:r>
        <w:t>T</w:t>
      </w:r>
      <w:r w:rsidRPr="008D271E">
        <w:t xml:space="preserve">he next meeting of the Bradford Regional Airport Authority </w:t>
      </w:r>
      <w:r>
        <w:t>is</w:t>
      </w:r>
      <w:r w:rsidR="00E27CE6">
        <w:t xml:space="preserve"> August</w:t>
      </w:r>
      <w:r w:rsidR="00B11A6A">
        <w:t xml:space="preserve"> </w:t>
      </w:r>
      <w:r w:rsidR="008E6AE4">
        <w:t>12th</w:t>
      </w:r>
      <w:r w:rsidRPr="008D271E">
        <w:t xml:space="preserve">, </w:t>
      </w:r>
      <w:proofErr w:type="gramStart"/>
      <w:r w:rsidR="00D278A5" w:rsidRPr="008D271E">
        <w:t>2026</w:t>
      </w:r>
      <w:proofErr w:type="gramEnd"/>
      <w:r w:rsidR="00D278A5">
        <w:t xml:space="preserve"> at 9:30 AM</w:t>
      </w:r>
    </w:p>
    <w:sectPr w:rsidR="00074056" w:rsidRPr="008D271E" w:rsidSect="00E956A6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490E7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8421D6"/>
    <w:multiLevelType w:val="hybridMultilevel"/>
    <w:tmpl w:val="7832B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30639"/>
    <w:multiLevelType w:val="hybridMultilevel"/>
    <w:tmpl w:val="BCC8F4F8"/>
    <w:lvl w:ilvl="0" w:tplc="05F04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E3CDE"/>
    <w:multiLevelType w:val="hybridMultilevel"/>
    <w:tmpl w:val="D9E4A4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90E02"/>
    <w:multiLevelType w:val="hybridMultilevel"/>
    <w:tmpl w:val="2C7CD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6063908">
    <w:abstractNumId w:val="8"/>
  </w:num>
  <w:num w:numId="2" w16cid:durableId="675500459">
    <w:abstractNumId w:val="6"/>
  </w:num>
  <w:num w:numId="3" w16cid:durableId="1838694273">
    <w:abstractNumId w:val="5"/>
  </w:num>
  <w:num w:numId="4" w16cid:durableId="1490825782">
    <w:abstractNumId w:val="4"/>
  </w:num>
  <w:num w:numId="5" w16cid:durableId="601185032">
    <w:abstractNumId w:val="7"/>
  </w:num>
  <w:num w:numId="6" w16cid:durableId="529419550">
    <w:abstractNumId w:val="3"/>
  </w:num>
  <w:num w:numId="7" w16cid:durableId="1364750942">
    <w:abstractNumId w:val="2"/>
  </w:num>
  <w:num w:numId="8" w16cid:durableId="1286933812">
    <w:abstractNumId w:val="1"/>
  </w:num>
  <w:num w:numId="9" w16cid:durableId="214003258">
    <w:abstractNumId w:val="0"/>
  </w:num>
  <w:num w:numId="10" w16cid:durableId="676227049">
    <w:abstractNumId w:val="9"/>
  </w:num>
  <w:num w:numId="11" w16cid:durableId="746416147">
    <w:abstractNumId w:val="12"/>
  </w:num>
  <w:num w:numId="12" w16cid:durableId="2132816653">
    <w:abstractNumId w:val="10"/>
  </w:num>
  <w:num w:numId="13" w16cid:durableId="1055859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6"/>
    <w:rsid w:val="00022691"/>
    <w:rsid w:val="00034616"/>
    <w:rsid w:val="0006063C"/>
    <w:rsid w:val="00074056"/>
    <w:rsid w:val="0008724D"/>
    <w:rsid w:val="000C43CF"/>
    <w:rsid w:val="000C4E3C"/>
    <w:rsid w:val="00144847"/>
    <w:rsid w:val="0015074B"/>
    <w:rsid w:val="00195C4C"/>
    <w:rsid w:val="00195FC0"/>
    <w:rsid w:val="001E160A"/>
    <w:rsid w:val="00233168"/>
    <w:rsid w:val="0029639D"/>
    <w:rsid w:val="003225B4"/>
    <w:rsid w:val="00326F90"/>
    <w:rsid w:val="003352E5"/>
    <w:rsid w:val="003518A3"/>
    <w:rsid w:val="003D5422"/>
    <w:rsid w:val="00440612"/>
    <w:rsid w:val="004628C4"/>
    <w:rsid w:val="00504CA2"/>
    <w:rsid w:val="00506144"/>
    <w:rsid w:val="00560580"/>
    <w:rsid w:val="005A7D72"/>
    <w:rsid w:val="005C09A0"/>
    <w:rsid w:val="005C76D1"/>
    <w:rsid w:val="005E5079"/>
    <w:rsid w:val="005E649E"/>
    <w:rsid w:val="00613E87"/>
    <w:rsid w:val="00671CF4"/>
    <w:rsid w:val="00690DF6"/>
    <w:rsid w:val="00752484"/>
    <w:rsid w:val="00756CB7"/>
    <w:rsid w:val="007C4751"/>
    <w:rsid w:val="008B6D43"/>
    <w:rsid w:val="008D271E"/>
    <w:rsid w:val="008E6AE4"/>
    <w:rsid w:val="009020F7"/>
    <w:rsid w:val="009153F7"/>
    <w:rsid w:val="00935539"/>
    <w:rsid w:val="00963201"/>
    <w:rsid w:val="009F34A7"/>
    <w:rsid w:val="00A66F80"/>
    <w:rsid w:val="00A91175"/>
    <w:rsid w:val="00AA1D8D"/>
    <w:rsid w:val="00B11A6A"/>
    <w:rsid w:val="00B37146"/>
    <w:rsid w:val="00B47730"/>
    <w:rsid w:val="00B60530"/>
    <w:rsid w:val="00B653FF"/>
    <w:rsid w:val="00BF7031"/>
    <w:rsid w:val="00C37F5C"/>
    <w:rsid w:val="00CB0664"/>
    <w:rsid w:val="00D27673"/>
    <w:rsid w:val="00D278A5"/>
    <w:rsid w:val="00D34CC7"/>
    <w:rsid w:val="00D65F8B"/>
    <w:rsid w:val="00DA1CAD"/>
    <w:rsid w:val="00DA492B"/>
    <w:rsid w:val="00DF2F11"/>
    <w:rsid w:val="00E27CE6"/>
    <w:rsid w:val="00E629FA"/>
    <w:rsid w:val="00E956A6"/>
    <w:rsid w:val="00EB3EA0"/>
    <w:rsid w:val="00F46EB6"/>
    <w:rsid w:val="00F719C7"/>
    <w:rsid w:val="00FC693F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4BB05C6-3AC6-4E8C-AA3A-511C8C19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605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launch/jc/861620063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Alicia Dankesreiter</cp:lastModifiedBy>
  <cp:revision>26</cp:revision>
  <dcterms:created xsi:type="dcterms:W3CDTF">2026-07-06T18:49:00Z</dcterms:created>
  <dcterms:modified xsi:type="dcterms:W3CDTF">2026-07-07T15:40:00Z</dcterms:modified>
  <cp:category/>
</cp:coreProperties>
</file>